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🚦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תמרורי שיח – תיכון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מהדורה למורה · שבוע הבטיחות בדרכים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מהדורה למורה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להעמיק בכללי הבטיחות של רוכבי כלים חשמליים ושל נהגים צעירים.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לדון בדילמות של אחריות אישית מול חופש במרחב הציבורי.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טיעון מבוסס: טענה, נימוק, דוגמה, טענת נגד ומענה.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מבנה הדף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שיח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בונים תמרור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 יציאה – רמזור יציאה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מפתח תשובות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התמרור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 הנכונה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תן זכות קדימה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נותנים לאחרים לעבור קודם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צהוב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מתכוננים לעצור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לעקוף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לא עוקפים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דו־כיוונית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נוסעים בשני הכיוונים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לפנות פרסה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אין פנייה לאחור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עקומה מסוכנת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סיבוב חד לפנים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מפגש מסילת רכבת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מסילה לפנים – עוצרים ומקשיבים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 חשמליים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רוכבים לפי הכללים, לא על המדרכה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הנחיות לחלקים ב׳ ו־ג׳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ב׳: מחוון מוצע – טענה ברורה (25), נימוקים (30), דוגמה (15), טענת נגד ומענה (20), לשון ומבנה (10) = 100.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ג׳: אפשר לעבוד בקבוצות ולהציג את ההצעה 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שומרים על שיח מכבד; אין צורך לשתף מקרים אישיים.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פירוק למקטעים, 3 אפשרויות, הקראה.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מילון בהקשה באתר; דף עולים נפרד.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להחליף את חלק ב׳ בשיח בעל פה.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עובדות בטיחות לבדיקה לפני השיעור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החוק מתעדכן – בדקו כל עובדה מול המידע הרשמי העדכני. בדף אין נתונים סטטיסטיים.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🚶 הולכי רגל: חוצים רק במעבר חציה או ברמזור ירוק להולכי רגל; עוצרים על שפת המדרכה, מביטים לשני הצדדים ומקשיבים, וחוצים בהליכה ישרה.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🧒 ילדים צעירים: מומלץ שילדים צעירים (בערך עד גיל 9) יחצו כביש בליווי מבוגר – זו המלצה חינוכית, לא סעיף חוק.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🚲 קסדה באופניים: חבישת קסדה חובה לקטינים הרוכבים על אופניים, ולבגירים בדרך בין־עירונית; ובכל מקרה – מומלץ תמיד.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⚡ אופניים חשמליים וקורקינט חשמלי: מותר לרכוב רק מגיל 16; קסדה חובה בכל גיל; אסור לרכוב על המדרכה; אסור להרכיב נוסע. החוק בתחום מתעדכן (למשל דרישות רישיון או מבחן לגילים מסוימים) – יש לבדוק את הנוסח העדכני.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🔦 רכיבה בחושך: בחושך רוכבים עם פנס לבן מקדימה ופנס אדום מאחור, ורצוי בבגד או אפוד זוהר.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🔒 חגורת בטיחות: כל הנוסעים חוגרים חגורת בטיחות – במושב הקדמי ובמושבים האחוריים.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🪑 מושב בטיחות: ילדים עד גיל 8 נוסעים במושב בטיחות או במושב מגביה המתאים לגילם ולמשקלם; ילדים צעירים אינם יושבים במושב הקדמי (לבדוק גילים מדויקים).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🚌 אוטובוס: אחרי הירידה ממתינים על המדרכה עד שהאוטובוס מתרחק, ולא חוצים מלפניו או מאחוריו.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📱 טלפון: לנהגים אסור לאחוז בטלפון בזמן נהיגה; להולכי רגל ולרוכבים – מומלץ לא להשתמש בטלפון ובאוזניות בזמן חציה ורכיבה.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🏘️ מהירות: בתוך עיר, כשאין תמרור אחר, המהירות המרבית היא 50 קמ"ש; ברחובות רבים (אזורי מגורים, אזורי מיתון) המהירות נמוכה יותר, למשל 30 קמ"ש – לפי השילוט. (לוודא)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תמרורי שיח – תיכון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הקיפו את המשמעות הנכונה.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veway-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לא רוכבים על קורקינט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הדרך נעשית 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יש ילדים בסביבה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נותנים לאחרים לעבור קודם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ghtyellow-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כל הנוסעים חוגרים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מסילה לפנים – עוצרים ומקשיבים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בחושך – בגד זוהר ופנס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מתכוננים לעצור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overtake-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מותר לחנות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כל הנוסעים חוגרים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יותר מ־30 קמ"ש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עוקפים כאן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woway-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סיבוב חד לפנים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נוסעים בשני הכיוונים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לא מעמידים 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נוסעים בזהירות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uturn-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מתכוננים לעצור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לא מעמידים 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זהירות, סכנה לפנים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פנייה לאחור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-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מתכוננים לעצור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הרבה ילדים בדרך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מותר לחנות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סיבוב חד לפנים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in-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בליטה בכביש – מאטים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לא רוכבים על קורקינט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חובה לפנות ימינה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מסילה לפנים – עוצרים ומקשיבים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ike-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נוסעים רק בכיוון החץ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 עבודות – נוסעים לאט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רוכבים לפי הכללים, לא על המדרכה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כאן לא מעמידים רכב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כתיבת טיעון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אחת מהשאלות וכתבו טיעון מנומק: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ppery-c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מתי "החלקתי" – אמרתי או עשיתי משהו בלי לשים לב? איך תיקנתי?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-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איך אני מתכונן/ת לשינוי שמגיע: כיתה חדשה, מעבר, מבחן?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כותבים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הטיוטה שלי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העמדה שלי במשפט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עוד סיבה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מקרה מהחיים או מהרחוב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טענת נגד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יגידו אחרים?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מענה וסיכום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עדיין העמדה שלי 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רחוב בטוח 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תכננו שינוי אחד ברחוב ליד מקום הלימודים שישפר את הבטיחות (שלט, מעבר, שביל, הסברה). תארו את השינוי, למי הוא עוזר ואיזה ערך הוא מבטא.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10426"/>
      </w:tblGrid>
      <w:tr>
        <w:tc>
          <w:tcPr>
            <w:tcW w:type="dxa" w:w="1042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סקיצה של השינוי</w:t>
            </w:r>
          </w:p>
          <w:p/>
          <w:p/>
          <w:p/>
          <w:p/>
          <w:p/>
          <w:p/>
          <w:p/>
          <w:p/>
          <w:p/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תמרורי שיח · 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