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🚦 תמרורי שיח – 66 כרטיסים (חסכוני בדיו)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גרסה בשחור־לבן עם מעט דיו – אפשר לצבוע את התמרורים בכיתה.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op-l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עצור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עוצרים עצירה מלאה לפני הקו, מסתכלים לכל הכיוונים וממשיכים רק כשבטוח.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מתי בחיים כדאי לעצור לרגע ולחשוב לפני שממשיכים?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רגע שבו עצירה קטנה שלכם מנעה טעות גדולה.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op-l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עצור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עוצרים עצירה מלאה לפני הקו, מסתכלים לכל הכיוונים וממשיכים רק כשבטוח.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כשאני כועס/ת – מה עוזר לי "לעצור" לפני שאני מגיב/ה?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"תמרור עצור" אישי: שלושה דברים שעוזרים לכם להירגע.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iveway-l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תן זכות קדימה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מאטים ונותנים לרכב שבדרך הראשית לעבור ראשון.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למי לאחרונה "נתתי זכות קדימה" – ויתרתי כדי שיהיה לו או לה טוב?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פעם שוויתרתם על התור או על רצון שלכם, ומה הרגשתם אחר כך.</w:t>
            </w:r>
          </w:p>
        </w:tc>
      </w:tr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iveway-l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תן זכות קדימה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מאטים ונותנים לרכב שבדרך הראשית לעבור ראשון.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האם ויתור הוא תמיד חולשה? מתי ויתור הוא דווקא כוח?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טיעון בעד ונגד: "מי שמוותר – מרוויח".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ssing-l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מעבר חציה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כאן חוצים. עומדים על שפת המדרכה, מביטים לשני הצדדים, מקשיבים, וחוצים בהליכה ישרה – לא בריצה.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מי או מה עוזרים לי "לחצות" בבטחה שלב חדש בחיים?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תארו מקום או אדם שבזכותם אתם מרגישים בטוחים, ומה הופך אותם לבטוחים.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ssing-l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מעבר חציה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כאן חוצים. עומדים על שפת המדרכה, מביטים לשני הצדדים, מקשיבים, וחוצים בהליכה ישרה – לא בריצה.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עם מי אני חוצה כביש, ולמה חשוב שמבוגר יהיה איתי?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ציירו וכתבו את הדרך שלכם מהבית ללימודים, וסמנו בה את כל מעברי החציה.</w:t>
            </w:r>
          </w:p>
        </w:tc>
      </w:tr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red-l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רמזור הולכי רגל – אדום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דמות אדומה: עומדים וממתינים על המדרכה, גם אם הכביש נראה ריק.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מה קשה לי יותר: לחכות כשאף אחד לא רואה, או כשכולם רואים?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החלטה נכונה שקיבלתם גם כשאף אחד לא הסתכל.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green-l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רמזור הולכי רגל – ירוק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דמות ירוקה: מותר להתחיל לחצות – אבל קודם מוודאים שהמכוניות באמת עצרו.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האם "אור ירוק" מאחרים מספיק לי, או שאני גם בודק/ת בעצמי?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פעם שבדקתם בעצמכם לפני שסמכתם על אחרים.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ightred-l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רמזור אדום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לנהגים ולרוכבים: עוצרים לפני קו העצירה וממתינים.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מהם ה"אורות האדומים" שלי – דברים שאני לא עושה בשום מצב?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רשימת "אורות אדומים" לכיתה: כללים שכולנו מסכימים עליהם.</w:t>
            </w:r>
          </w:p>
        </w:tc>
      </w:tr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ightyellow-l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רמזור צהוב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האור עומד להתחלף: מתכוננים לעצור, לא מאיצים.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מתי אני מרגיש/ה שאני "בצהוב" – רגע לפני שאני מתפרץ/ת? איך אני שם/ה לב?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הסימנים בגוף שמראים לכם שאתם מתחילים לכעוס או להילחץ.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ightgreen-l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רמזור ירוק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מותר לנסוע – בזהירות, ותוך תשומת לב להולכי רגל שעוד חוצים.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מי מדליק לי "אור ירוק" – מעודד אותי להתקדם?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מכתב תודה קצר לאדם שנתן לכם אור ירוק.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oentry-l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אין כניסה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אסור להיכנס לרחוב מהכיוון הזה.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מהם הגבולות שלי, ואיך אני אומר/ת "אין כניסה" בנימוס אבל בבירור?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שלושה משפטים שעוזרים לומר "לא" בכבוד.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oentry-l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אין כניסה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אסור להיכנס לרחוב מהכיוון הזה.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איך אני יודע/ת שנכנסתי לגבול של מישהו אחר? מה אני עושה אז?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דיאלוג קצר שבו דמות מכבדת גבול של חבר או של חברה.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head-l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כיוון חובה – ישר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חובה להמשיך ישר – אין פנייה.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לאילו דברים אני מחויב/ת, גם כשקשה?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התחייבות אחת שלכם השנה ואיך תשמרו עליה.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urnright-l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כיוון חובה – ימינה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חובה לפנות ימינה.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האם כללים מגבילים אותי – או דווקא שומרים עליי?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פסקת טיעון: "כללים הם מעקה, לא כלא".</w:t>
            </w:r>
          </w:p>
        </w:tc>
      </w:tr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ildren-l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זהירות ילדים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לנהגים: בקרבת מקום יש ילדים – מאטים ומוכנים לעצור.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מתי אני שומר/ת על מי שקטן או חלש ממני?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פעם ששמרתם על ילד או ילדה צעירים מכם.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ildren-l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זהירות ילדים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לנהגים: בקרבת מקום יש ילדים – מאטים ומוכנים לעצור.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מה המבוגרים סביבי עושים כדי לשמור עליי, ומה אני יכול/ה לעשות כדי לשמור על הצעירים ממני?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"ברית שמירה" בין הכיתה שלכם לכיתות הצעירות.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peed30-l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מהירות מרבית 30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לא נוסעים מהר מ־30 קמ"ש. ברחובות מגורים ובקרבת ילדים נוסעים לאט.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באיזה תחום בחיים כדאי לי "להוריד הילוך" ולעשות דברים לאט ובזהירות?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דבר שעשיתם לאט – ויצא טוב יותר.</w:t>
            </w:r>
          </w:p>
        </w:tc>
      </w:tr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peed50-l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מהירות מרבית 50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לא נוסעים מהר מ־50 קמ"ש.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למה יש "מהירות מרבית" גם כשהכביש ריק? מה זה מלמד על כללים?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מכתב לנהג או לנהגת צעירים: למה כדאי לשמור על המהירות.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anger-l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סכנה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אזהרה כללית: יש סכנה לפנים – מאטים ושמים לב.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איך אני מזהה "סימני אזהרה" במצב חברתי – לפני שמשהו מתפתח לריב?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שלושה "סימני אזהרה" ומה עושים כשמזהים אותם.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ike-l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שביל אופניים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שביל לרוכבי אופניים. רוכבים בו בזהירות, בצד ימין ובמהירות מתונה.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מה ה"נתיב" שלי – הדבר שאני הכי אוהב/ת לעשות?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כישרון שלכם ואיך הוא עוזר לאחרים.</w:t>
            </w:r>
          </w:p>
        </w:tc>
      </w:tr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ike-l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שביל אופניים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שביל לרוכבי אופניים. רוכבים בו בזהירות, בצד ימין ובמהירות מתונה.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מה אני עושה כדי שיראו אותי כשאני רוכב/ת – ביום ובלילה?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הכינו רשימת בדיקה לפני רכיבה: קסדה, פנס, פעמון, בלמים...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cooter-l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אסור לרכוב על קורקינט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כאן אסור לרכוב על קורקינט. על קורקינט חשמלי רוכבים לבד, עם קסדה, ולא על המדרכה.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למה קשה לפעמים לעמוד בפני "רק הפעם, זה קרוב"?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שיחה בין שני חברים או חברות: אחד רוצה לעלות כשניים על קורקינט, והשני מסרב בחוכמה.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cooter-l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אסור לרכוב על קורקינט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כאן אסור לרכוב על קורקינט. על קורקינט חשמלי רוכבים לבד, עם קסדה, ולא על המדרכה.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איפה עובר הגבול בין חופש אישי לאחריות כלפי אחרים במרחב הציבורי?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מאמר דעה קצר: "המדרכה שייכת להולכי הרגל".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bike-l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אופניים חשמליים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אופניים חשמליים רוכבים בשביל אופניים או בכביש לפי הכללים – לא על המדרכה.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מתי "מהר יותר" הוא לא "טוב יותר"?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החלטה שלקחתם בזהירות, למרות שהיה פיתוי למהר.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elmet-l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חובשים קסדה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קסדה תקנית, סגורה ומהודקת, שומרת על הראש ברכיבה.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מה ה"קסדה" שלי – הדבר שמגן עליי כשקשה?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אדם, הרגל או משפט שמגנים עליכם.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eatbelt-l.pn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חוגרים חגורה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כל הנוסעים חוגרים – מקדימה ומאחור, גם בנסיעה קצרה.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איזה הרגל קטן שלי שומר עליי כל יום בלי שאני חושב/ת עליו?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"פרסומת" קצרה שמשכנעת לחגור תמיד.</w:t>
            </w:r>
          </w:p>
        </w:tc>
      </w:tr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rseat-l.pn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מושב בטיחות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ילדים צעירים יושבים במושב בטיחות או במושב מגביה שמתאים לגיל ולמשקל.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למה ההגנה שמתאימה לנו משתנה כשאנחנו גדלים?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דבר שעזר לכם כשהייתם קטנים ועכשיו כבר לא צריך – ומה מחליף אותו.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us-l.pn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תחנת אוטובוס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כאן עוצר האוטובוס. ממתינים על המדרכה, רחוק משפת הכביש, ועולים רק כשהאוטובוס עוצר לגמרי.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איך אני מתנהג/ת במקומות שמשותפים לכולם – תחנה, אוטובוס, מסדרון?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"כללי נימוס לאוטובוס" שהייתם רוצים שכולם יכירו.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us-l.pn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תחנת אוטובוס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כאן עוצר האוטובוס. ממתינים על המדרכה, רחוק משפת הכביש, ועולים רק כשהאוטובוס עוצר לגמרי.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למי אני מפנה מקום, ואיך מרגיש לקבל מקום?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מעשה קטן של כבוד שראיתם בתחבורה הציבורית.</w:t>
            </w:r>
          </w:p>
        </w:tc>
      </w:tr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oundabout-l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כיכר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נוסעים מסביב לכיכר בכיוון החצים ונותנים זכות קדימה למי שכבר בתוכה.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איך כולם מצליחים לנוע יחד בלי להתנגש – בכיכר ובכיתה?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כללים ל"כיכר הכיתתית": איך מדברים בתורות בדיון.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oundabout-l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כיכר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נוסעים מסביב לכיכר בכיוון החצים ונותנים זכות קדימה למי שכבר בתוכה.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האם קרה לי ש"הסתובבתי במעגל" סביב בעיה? מה עזר לי לצאת?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"יציאה מהכיכר": צעד אחד שעזר לכם לצאת מתקיעות.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outurn-l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אסור לפנות פרסה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אסור לפנות כאן פרסה (פנייה לאחור).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יש החלטות שקשה לחזור מהן. איך אני מחליט/ה כשאין "פרסה"?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שלוש שאלות לשאול את עצמכם לפני החלטה חשובה.</w:t>
            </w:r>
          </w:p>
        </w:tc>
      </w:tr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34" name="Picture 3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eadend-l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דרך ללא מוצא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הדרך נגמרת – אין לה המשך.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מה אני עושה כשנראה לי שאין מוצא? למי אני פונה?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פעם שמצאתם דרך חדשה כשנראה שאין.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35" name="Picture 3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orks-l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עבודות בדרך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עבודות בדרך – נוסעים לאט ולפי השילוט.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מה אצלי "בעבודה" – משהו שאני עדיין לומד/ת ומשפר/ת?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מיומנות שאתם בונים עכשיו ומה הצעד הבא.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36" name="Picture 3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umps-l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פס האטה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פס האטה לפנים – מאטים.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מה עוזר לי להאט כשאני ממהר/ת מדי?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"פס האטה" אישי – דבר שגורם לכם לעצור ולנשום.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37" name="Picture 3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lippery-l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כביש חלקלק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הכביש עלול להיות חלקלק (למשל בגשם) – מאטים ושומרים מרחק.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מתי "החלקתי" – אמרתי או עשיתי משהו בלי לשים לב? איך תיקנתי?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טעות קטנה ומה למדתם ממנה.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38" name="Picture 3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urve-l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עקומה מסוכנת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הדרך מתעקלת – מאטים לפני הסיבוב.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איך אני מתכונן/ת לשינוי שמגיע: כיתה חדשה, מעבר, מבחן?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מכתב לעצמכם לקראת שינוי שמחכה לכם.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39" name="Picture 3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woway-l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תנועה דו־כיוונית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תנועה בשני הכיוונים – נשארים בצד ימין.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איך שיחה טובה היא "דו־כיוונית" – גם מדברים וגם מקשיבים?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שיחה שבה הרגשתם שבאמת הקשיבו לכם.</w:t>
            </w:r>
          </w:p>
        </w:tc>
      </w:tr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40" name="Picture 4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arrow-l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הדרך מצרה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הדרך נעשית צרה – מאטים ומפנים מקום.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מתי צריך "לפנות מקום" כדי שגם אחרים ייכנסו – למשחק, לשיחה, לקבוצה?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פעם שהזמנתם מישהו או מישהי להצטרף.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41" name="Picture 4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oovertake-l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אסור לעקוף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אסור לעקוף כאן כלי רכב אחרים.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מתי אני מרגיש/ה צורך "לעקוף" ולהיות ראשון/ה? מה המחיר?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תחרות שבה בחרתם בהגינות.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42" name="Picture 4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opeds-l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אסור להולכי רגל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כאן אסור ללכת ברגל – מחפשים דרך אחרת ובטוחה.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למה יש מקומות שלא מתאימים לי עכשיו – ומה אפשר ללמוד מזה?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מסלול הליכה בטוח בשכונה שלכם.</w:t>
            </w:r>
          </w:p>
        </w:tc>
      </w:tr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43" name="Picture 4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zone-l.pn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דרך להולכי רגל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דרך להולכי רגל. הולכים על המדרכה, רחוק משפת הכביש.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איך אני שומר/ת על המרחב שלי ושל אחרים כשאנחנו הולכים יחד?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"חוזה הליכה" לטיול השנתי.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44" name="Picture 4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ain-l.pn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מפגש מסילת רכבת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מפגש עם מסילת רכבת: עוצרים, מביטים ומקשיבים. כשהמחסום יורד או יש אור מהבהב – לא עוברים.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מה אני עושה כשיש אזהרה ברורה, אבל מתחשק לי לנסות בכל זאת?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פעם שהקשבתם לאזהרה ושמחתם על כך.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45" name="Picture 4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nimals-l.png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זהירות בעלי חיים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ייתכן שבעלי חיים יחצו את הדרך – מאטים.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איך אני שומר/ת על בעלי חיים ועל הטבע?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בעל חיים שאתם אוהבים ואיך שומרים עליו.</w:t>
            </w:r>
          </w:p>
        </w:tc>
      </w:tr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46" name="Picture 4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king-l.png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חניה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כאן מותר לחנות.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איפה אני "חונה" כדי לנוח ולהטעין כוחות?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המקום או הפעילות שמטעינים אתכם.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47" name="Picture 4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oparking-l.png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אסור לחנות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כאן אסור להעמיד רכב.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במה אסור לי "לחנות" – להיתקע בתירוצים או בכעס?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מכתב לעצמכם: "לא נשארים תקועים ב...".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48" name="Picture 4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hone-l.png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בלי טלפון בדרך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חוצים, רוכבים ונוהגים – בלי טלפון ובלי מסך.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מה מסיח את דעתי, ומתי הכי חשוב לי להיות "כאן ועכשיו"?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התחייבות: "כשאני בדרך – הטלפון ב...".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49" name="Picture 4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hone-l.png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בלי טלפון בדרך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חוצים, רוכבים ונוהגים – בלי טלפון ובלי מסך.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איך העולם הדיגיטלי משפיע על הקשב שלנו במרחב הציבורי?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מאמר טיעון: "הודעה אחת יכולה לחכות".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50" name="Picture 5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ight-l.png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לראות ולהיראות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בחושך לובשים בגדים בהירים או אפוד זוהר, ורוכבים עם פנסים דולקים.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מתי אני רוצה שיראו אותי, ומתי קשה לי לבקש תשומת לב?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מצב שבו עזר לכם שמישהו "ראה" אתכם.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51" name="Picture 5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ight-l.png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לראות ולהיראות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בחושך לובשים בגדים בהירים או אפוד זוהר, ורוכבים עם פנסים דולקים.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את מי בכיתה לפעמים "לא רואים", ואיך אפשר להאיר אותו או אותה?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מחמאה אמיתית לאדם שלא תמיד מקבל תשומת לב.</w:t>
            </w:r>
          </w:p>
        </w:tc>
      </w:tr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52" name="Picture 5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neway-l.png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רחוב חד־סטרי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נוסעים רק בכיוון החץ.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האם יש בחיי "דרכים חד־סטריות" – קשרים שבהם רק נותנים או רק לוקחים?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קשר שבו שני הצדדים נותנים זה לזה.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53" name="Picture 5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chool-l.png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אזור מוסד חינוך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קרוב למוסד חינוך: הרבה ילדים בדרך – נוסעים לאט ובזהירות.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איך כל הקהילה – משפחות, נהגים, תלמידים וצוות – שומרת יחד על הדרך ללימודים?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הצעה לשיפור הבטיחות בדרך שלכם ללימודים.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54" name="Picture 5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op-l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עצור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עוצרים עצירה מלאה לפני הקו, מסתכלים לכל הכיוונים וממשיכים רק כשבטוח.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בעולם מהיר – האם עצירה היא בזבוז זמן או השקעה?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חיבור קצר: "הרגע שלפני ההחלטה".</w:t>
            </w:r>
          </w:p>
        </w:tc>
      </w:tr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55" name="Picture 5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anger-l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סכנה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אזהרה כללית: יש סכנה לפנים – מאטים ושמים לב.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האם אני מוכן/ה להזהיר חבר או חברה שעומדים לעשות משהו מסוכן, גם אם זה לא פופולרי?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מה הייתם אומרים לחבר או לחברה שעולים על קורקינט בלי קסדה.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56" name="Picture 5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iveway-l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תן זכות קדימה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מאטים ונותנים לרכב שבדרך הראשית לעבור ראשון.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מה ההבדל בין "להיות צודק" לבין "להיות חכם"? מתי כדאי לוותר גם כשהצדק איתי?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מצב שבו ויתור מנע מריבה.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57" name="Picture 5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ssing-l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מעבר חציה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כאן חוצים. עומדים על שפת המדרכה, מביטים לשני הצדדים, מקשיבים, וחוצים בהליכה ישרה – לא בריצה.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איך מתחלקת האחריות לבטיחות בין מי שנוהג לבין מי שהולך ברגל?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פסקת דיון: מי אחראי לבטיחות במעבר החציה – ולמה התשובה היא "כולם"?</w:t>
            </w:r>
          </w:p>
        </w:tc>
      </w:tr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58" name="Picture 5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ightyellow-l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רמזור צהוב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האור עומד להתחלף: מתכוננים לעצור, לא מאיצים.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"צהוב" הוא זמן של החלטה. איך אני מחליט/ה תחת לחץ זמן?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החלטה שקיבלתם מהר, והאם הייתם משנים אותה היום.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59" name="Picture 5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oentry-l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אין כניסה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אסור להיכנס לרחוב מהכיוון הזה.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גבולות ברשת: מה "אין כניסה" בפרטיות שלי ושל אחרים?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כללי פרטיות לקבוצת הכיתה ברשת.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60" name="Picture 6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peed30-l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מהירות מרבית 30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לא נוסעים מהר מ־30 קמ"ש. ברחובות מגורים ובקרבת ילדים נוסעים לאט.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מה הקצב הנכון בשבילי בלימודים, ומי קובע אותו?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הקצב שבו אתם לומדים הכי טוב.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61" name="Picture 6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eatbelt-l.pn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חוגרים חגורה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כל הנוסעים חוגרים – מקדימה ומאחור, גם בנסיעה קצרה.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למה אנשים מוותרים לפעמים על הגנה פשוטה ("רק נסיעה קצרה")? מה עוזר לשנות הרגל?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קמפיין בן שלוש שורות לבני ובנות נוער.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62" name="Picture 6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elmet-l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חובשים קסדה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קסדה תקנית, סגורה ומהודקת, שומרת על הראש ברכיבה.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איך חובשים קסדה נכון? (מכסה את המצח, הרצועה מהודקת מתחת לסנטר)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ציירו את עצמכם עם קסדה וכתבו: "הקסדה שלי שומרת על...".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63" name="Picture 6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us-l.pn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תחנת אוטובוס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כאן עוצר האוטובוס. ממתינים על המדרכה, רחוק משפת הכביש, ועולים רק כשהאוטובוס עוצר לגמרי.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מה עושים אחרי שיורדים מהאוטובוס?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השלימו וכתבו את הכלל: "יורדים, מחכים ש...".</w:t>
            </w:r>
          </w:p>
        </w:tc>
      </w:tr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64" name="Picture 6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ildren-l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זהירות ילדים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לנהגים: בקרבת מקום יש ילדים – מאטים ומוכנים לעצור.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איך הולכים בבטחה ליד הכביש? (מחזיקים יד, הולכים על המדרכה, רחוק מהשפה)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ציירו את עצמכם הולכים בבטחה עם מבוגר וכתבו משפט אחד.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65" name="Picture 6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red-l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רמזור הולכי רגל – אדום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דמות אדומה: עומדים וממתינים על המדרכה, גם אם הכביש נראה ריק.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איך אני מחכה בסבלנות? מה אפשר לעשות בזמן ההמתנה?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שלושה דברים שאפשר לעשות כשמחכים.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66" name="Picture 6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ike-l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שביל אופניים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שביל לרוכבי אופניים. רוכבים בו בזהירות, בצד ימין ובמהירות מתונה.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איך נראית עיר שבה בטוח לרכוב, ללכת ולנסוע? מה הייתם משנים?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הצעה למועצת התלמידים לשיפור הדרכים סביב מקום הלימודים.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🚦 תמרורי שיח</w:t>
            </w:r>
          </w:p>
          <w:p/>
          <w:p/>
          <w:p/>
          <w:p>
            <w:pPr>
              <w:bidi/>
              <w:jc w:val="center"/>
            </w:pPr>
            <w:r>
              <w:rPr>
                <w:rFonts w:ascii="Arial" w:hAnsi="Arial" w:cs="Arial"/>
                <w:sz w:val="20"/>
                <w:rtl/>
                <w:szCs w:val="20"/>
              </w:rPr>
              <w:t>שבוע הבטיחות בדרכים</w:t>
            </w:r>
          </w:p>
        </w:tc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🚦 תמרורי שיח</w:t>
            </w:r>
          </w:p>
          <w:p/>
          <w:p/>
          <w:p/>
          <w:p>
            <w:pPr>
              <w:bidi/>
              <w:jc w:val="center"/>
            </w:pPr>
            <w:r>
              <w:rPr>
                <w:rFonts w:ascii="Arial" w:hAnsi="Arial" w:cs="Arial"/>
                <w:sz w:val="20"/>
                <w:rtl/>
                <w:szCs w:val="20"/>
              </w:rPr>
              <w:t>שבוע הבטיחות בדרכים</w:t>
            </w:r>
          </w:p>
        </w:tc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🚦 תמרורי שיח</w:t>
            </w:r>
          </w:p>
          <w:p/>
          <w:p/>
          <w:p/>
          <w:p>
            <w:pPr>
              <w:bidi/>
              <w:jc w:val="center"/>
            </w:pPr>
            <w:r>
              <w:rPr>
                <w:rFonts w:ascii="Arial" w:hAnsi="Arial" w:cs="Arial"/>
                <w:sz w:val="20"/>
                <w:rtl/>
                <w:szCs w:val="20"/>
              </w:rPr>
              <w:t>שבוע הבטיחות בדרכים</w:t>
            </w:r>
          </w:p>
        </w:tc>
      </w:tr>
      <w:tr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🚦 תמרורי שיח</w:t>
            </w:r>
          </w:p>
          <w:p/>
          <w:p/>
          <w:p/>
          <w:p>
            <w:pPr>
              <w:bidi/>
              <w:jc w:val="center"/>
            </w:pPr>
            <w:r>
              <w:rPr>
                <w:rFonts w:ascii="Arial" w:hAnsi="Arial" w:cs="Arial"/>
                <w:sz w:val="20"/>
                <w:rtl/>
                <w:szCs w:val="20"/>
              </w:rPr>
              <w:t>שבוע הבטיחות בדרכים</w:t>
            </w:r>
          </w:p>
        </w:tc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🚦 תמרורי שיח</w:t>
            </w:r>
          </w:p>
          <w:p/>
          <w:p/>
          <w:p/>
          <w:p>
            <w:pPr>
              <w:bidi/>
              <w:jc w:val="center"/>
            </w:pPr>
            <w:r>
              <w:rPr>
                <w:rFonts w:ascii="Arial" w:hAnsi="Arial" w:cs="Arial"/>
                <w:sz w:val="20"/>
                <w:rtl/>
                <w:szCs w:val="20"/>
              </w:rPr>
              <w:t>שבוע הבטיחות בדרכים</w:t>
            </w:r>
          </w:p>
        </w:tc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🚦 תמרורי שיח</w:t>
            </w:r>
          </w:p>
          <w:p/>
          <w:p/>
          <w:p/>
          <w:p>
            <w:pPr>
              <w:bidi/>
              <w:jc w:val="center"/>
            </w:pPr>
            <w:r>
              <w:rPr>
                <w:rFonts w:ascii="Arial" w:hAnsi="Arial" w:cs="Arial"/>
                <w:sz w:val="20"/>
                <w:rtl/>
                <w:szCs w:val="20"/>
              </w:rPr>
              <w:t>שבוע הבטיחות בדרכים</w:t>
            </w:r>
          </w:p>
        </w:tc>
      </w:tr>
      <w:tr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🚦 תמרורי שיח</w:t>
            </w:r>
          </w:p>
          <w:p/>
          <w:p/>
          <w:p/>
          <w:p>
            <w:pPr>
              <w:bidi/>
              <w:jc w:val="center"/>
            </w:pPr>
            <w:r>
              <w:rPr>
                <w:rFonts w:ascii="Arial" w:hAnsi="Arial" w:cs="Arial"/>
                <w:sz w:val="20"/>
                <w:rtl/>
                <w:szCs w:val="20"/>
              </w:rPr>
              <w:t>שבוע הבטיחות בדרכים</w:t>
            </w:r>
          </w:p>
        </w:tc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🚦 תמרורי שיח</w:t>
            </w:r>
          </w:p>
          <w:p/>
          <w:p/>
          <w:p/>
          <w:p>
            <w:pPr>
              <w:bidi/>
              <w:jc w:val="center"/>
            </w:pPr>
            <w:r>
              <w:rPr>
                <w:rFonts w:ascii="Arial" w:hAnsi="Arial" w:cs="Arial"/>
                <w:sz w:val="20"/>
                <w:rtl/>
                <w:szCs w:val="20"/>
              </w:rPr>
              <w:t>שבוע הבטיחות בדרכים</w:t>
            </w:r>
          </w:p>
        </w:tc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🚦 תמרורי שיח</w:t>
            </w:r>
          </w:p>
          <w:p/>
          <w:p/>
          <w:p/>
          <w:p>
            <w:pPr>
              <w:bidi/>
              <w:jc w:val="center"/>
            </w:pPr>
            <w:r>
              <w:rPr>
                <w:rFonts w:ascii="Arial" w:hAnsi="Arial" w:cs="Arial"/>
                <w:sz w:val="20"/>
                <w:rtl/>
                <w:szCs w:val="20"/>
              </w:rPr>
              <w:t>שבוע הבטיחות בדרכים</w:t>
            </w:r>
          </w:p>
        </w:tc>
      </w:tr>
      <w:tr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🚦 תמרורי שיח</w:t>
            </w:r>
          </w:p>
          <w:p/>
          <w:p/>
          <w:p/>
          <w:p>
            <w:pPr>
              <w:bidi/>
              <w:jc w:val="center"/>
            </w:pPr>
            <w:r>
              <w:rPr>
                <w:rFonts w:ascii="Arial" w:hAnsi="Arial" w:cs="Arial"/>
                <w:sz w:val="20"/>
                <w:rtl/>
                <w:szCs w:val="20"/>
              </w:rPr>
              <w:t>שבוע הבטיחות בדרכים</w:t>
            </w:r>
          </w:p>
        </w:tc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🚦 תמרורי שיח</w:t>
            </w:r>
          </w:p>
          <w:p/>
          <w:p/>
          <w:p/>
          <w:p>
            <w:pPr>
              <w:bidi/>
              <w:jc w:val="center"/>
            </w:pPr>
            <w:r>
              <w:rPr>
                <w:rFonts w:ascii="Arial" w:hAnsi="Arial" w:cs="Arial"/>
                <w:sz w:val="20"/>
                <w:rtl/>
                <w:szCs w:val="20"/>
              </w:rPr>
              <w:t>שבוע הבטיחות בדרכים</w:t>
            </w:r>
          </w:p>
        </w:tc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🚦 תמרורי שיח</w:t>
            </w:r>
          </w:p>
          <w:p/>
          <w:p/>
          <w:p/>
          <w:p>
            <w:pPr>
              <w:bidi/>
              <w:jc w:val="center"/>
            </w:pPr>
            <w:r>
              <w:rPr>
                <w:rFonts w:ascii="Arial" w:hAnsi="Arial" w:cs="Arial"/>
                <w:sz w:val="20"/>
                <w:rtl/>
                <w:szCs w:val="20"/>
              </w:rPr>
              <w:t>שבוע הבטיחות בדרכים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Relationship Id="rId41" Type="http://schemas.openxmlformats.org/officeDocument/2006/relationships/image" Target="media/image33.png"/><Relationship Id="rId42" Type="http://schemas.openxmlformats.org/officeDocument/2006/relationships/image" Target="media/image34.png"/><Relationship Id="rId43" Type="http://schemas.openxmlformats.org/officeDocument/2006/relationships/image" Target="media/image35.png"/><Relationship Id="rId44" Type="http://schemas.openxmlformats.org/officeDocument/2006/relationships/image" Target="media/image36.png"/><Relationship Id="rId45" Type="http://schemas.openxmlformats.org/officeDocument/2006/relationships/image" Target="media/image37.png"/><Relationship Id="rId46" Type="http://schemas.openxmlformats.org/officeDocument/2006/relationships/image" Target="media/image38.png"/><Relationship Id="rId47" Type="http://schemas.openxmlformats.org/officeDocument/2006/relationships/image" Target="media/image39.png"/><Relationship Id="rId48" Type="http://schemas.openxmlformats.org/officeDocument/2006/relationships/image" Target="media/image40.png"/><Relationship Id="rId49" Type="http://schemas.openxmlformats.org/officeDocument/2006/relationships/image" Target="media/image41.png"/><Relationship Id="rId50" Type="http://schemas.openxmlformats.org/officeDocument/2006/relationships/image" Target="media/image42.png"/><Relationship Id="rId51" Type="http://schemas.openxmlformats.org/officeDocument/2006/relationships/image" Target="media/image43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ערכת כרטיסי שיח לתלמידים – חסכונית בדיו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