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☕ תמרורי שיח לצוות החינוכי (חסכוני בדיו)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קבוצות של 3–5; כל אחד בתורו מושך כרטיס ומשלים את המשפט.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רגע מהשבוע האחרון שבו עצרתי כדי להקשיב באמת...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אפשר ללמוד מהרגע הזה על העבודה שלנו?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מישהו בצוות שפינה לי דרך, ואני רוצה להודות לו או לה על...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אנחנו יכולים לפנות דרך זה לזה יותר?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l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מה עזר לי לעבור את התקופה הראשונה בתפקיד...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איזה "מעבר חציה" הייתי בונה לאנשי צוות חדשים?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-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ירוק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תלמיד או תלמידה שהדליקו לי השנה "אור ירוק" כש...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גורם לי להמשיך בהתלהבות?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red-l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גבול מקצועי שחשוב לי לשמור עליו...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אני שומר/ת עליו בלי לפגוע בקשר?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-l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רמזור צהוב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הסימן הראשון שלי לכך שאני צריך/ה הפסקה...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אני עושה כשאני מזהה אותו?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נושא שאני עדיין לומד/ת לומר עליו "לא" בעבודה...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יעזור לי לומר אותו בנעימות ובבירור?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head-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כיוון חובה – ישר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הערך שמוביל אותי בעבודה החינוכית...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איפה הוא נראה בכיתה שלי השבוע?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ndabout-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כיכר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רעיון שאני מסתובב/ת סביבו ורוצה לנסות השנה...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מי בצוות יכול לנסות אותו איתי?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rks-l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עבודות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מיומנות מקצועית שנמצאת אצלי עכשיו "בשיפוצים"...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הצעד הקטן הבא?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mps-l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פס האטה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משהו שמאט אותי, לטובה, ביום עמוס...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אני מכניס/ה אותו לשגרה?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adend-l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דרך ללא מוצא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מצב שנראה בלי מוצא, ומצאתי בו פתח...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עזר לי לראות את הפתח?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rve-l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עקומה מסוכנת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שינוי שהגיע בהפתעה ולימד אותי משהו...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לקחתי ממנו להמשך?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30-l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מהירות מרבית 30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דבר שאני עושה לאט ובכוונה, כי הוא חשוב לי...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למה דווקא לאט?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ing-l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חניה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המקום שבו אני נטען/ת מחדש במהלך יום העבודה...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אפשר לדאוג שיהיה לכולנו מקום כזה?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l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מה הייתי רוצה שירגיש כל מי שמצטרף ל"אוטובוס" של הצוות שלנו...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כל אחד ואחת מאיתנו יכולים לתרום לכך?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woway-l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תנועה דו־כיוונית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שיחה עם עמית או עמיתה, או עם הורה, שהפכה לדו־כיוונית באמת...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גרם לשינוי?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ght-l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לראות ולהיראות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הצלחה קטנה שלי השנה שעוד לא סיפרתי עליה...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למי הייתי רוצה לספר?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l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זיכרון מהדרך שלי ללימודים כשהייתי ילד או ילדה...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הוא משפיע על איך שאני רואה את התלמידים?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nger-l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סכנה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סימן אזהרה שאני מזהה אצל תלמידים, ומה אני עושה איתו...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על מי בצוות אני נשען/ת במצבים כאלה?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met-l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חובשים קסדה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מה שומר עליי בתקופות לחוצות...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איזה "קסדה" הייתי ממליץ/ה לחבר או לחברה לצוות?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l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תחביב או פעילות שמחזירים לי איזון...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מתי עשיתי אותם בפעם האחרונה?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row-l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הדרך מצרה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איך אני מפנה מקום לקולות השקטים בחדר הצוות...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איזה הרגל קטן יכול לעזור לכולנו בזה?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-l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בלי טלפון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רגע בלי מסך שעשה לי טוב השבוע...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אפשר לייצר עוד רגעים כאלה?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היכרות לצוות החינוכי – חסכוני בדיו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